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DERNEK ÜYE BAŞVURU FORMU</w:t>
      </w:r>
    </w:p>
    <w:p/>
    <w:p>
      <w:r>
        <w:t>Dernek Adı: .................................................................................</w:t>
      </w:r>
    </w:p>
    <w:p>
      <w:r>
        <w:t>Başvuru Tarihi: ....../....../........</w:t>
      </w:r>
    </w:p>
    <w:p>
      <w:pPr>
        <w:pStyle w:val="Heading2"/>
      </w:pPr>
      <w:r>
        <w:br/>
        <w:t>1. KİŞİSEL BİLGİLER</w:t>
      </w:r>
    </w:p>
    <w:p>
      <w:r>
        <w:t>Adı Soyadı: ..........................................................................................</w:t>
      </w:r>
    </w:p>
    <w:p>
      <w:r>
        <w:t>T.C. Kimlik No: ......................................................................................</w:t>
      </w:r>
    </w:p>
    <w:p>
      <w:r>
        <w:t>Doğum Yeri ve Tarihi: .........................................................................</w:t>
      </w:r>
    </w:p>
    <w:p>
      <w:r>
        <w:t>Meslek: ................................................................................................</w:t>
      </w:r>
    </w:p>
    <w:p>
      <w:r>
        <w:t>Öğrenim Durumu: ...............................................................................</w:t>
      </w:r>
    </w:p>
    <w:p>
      <w:r>
        <w:t>Uyruğu: .................................................................................................</w:t>
      </w:r>
    </w:p>
    <w:p>
      <w:pPr>
        <w:pStyle w:val="Heading2"/>
      </w:pPr>
      <w:r>
        <w:br/>
        <w:t>2. İLETİŞİM BİLGİLERİ</w:t>
      </w:r>
    </w:p>
    <w:p>
      <w:r>
        <w:t>Ev Adresi:</w:t>
        <w:br/>
        <w:t>............................................................................................................</w:t>
        <w:br/>
        <w:t>............................................................................................................</w:t>
      </w:r>
    </w:p>
    <w:p>
      <w:r>
        <w:t>Telefon (GSM): ....................................................................................</w:t>
      </w:r>
    </w:p>
    <w:p>
      <w:r>
        <w:t>E-posta: ..............................................................................................</w:t>
      </w:r>
    </w:p>
    <w:p>
      <w:pPr>
        <w:pStyle w:val="Heading2"/>
      </w:pPr>
      <w:r>
        <w:br/>
        <w:t>3. DERNEK İLE İLGİLİ BİLGİLER</w:t>
      </w:r>
    </w:p>
    <w:p>
      <w:r>
        <w:t>Dernek çalışmalarına nasıl katkı sunmak istiyorsunuz?</w:t>
        <w:br/>
        <w:t>............................................................................................................</w:t>
        <w:br/>
        <w:t>............................................................................................................</w:t>
      </w:r>
    </w:p>
    <w:p>
      <w:r>
        <w:t>Daha önce üye olduğunuz dernek(ler) (varsa):</w:t>
        <w:br/>
        <w:t>............................................................................................................</w:t>
      </w:r>
    </w:p>
    <w:p>
      <w:pPr>
        <w:pStyle w:val="Heading2"/>
      </w:pPr>
      <w:r>
        <w:br/>
        <w:t>4. REFERANS BİLGİLERİ (İsteğe Bağlı)</w:t>
      </w:r>
    </w:p>
    <w:p>
      <w:r>
        <w:t>Adı Soyadı: ..................................................</w:t>
      </w:r>
    </w:p>
    <w:p>
      <w:r>
        <w:t>Üyelik No (Varsa): .......................................</w:t>
      </w:r>
    </w:p>
    <w:p>
      <w:r>
        <w:t>İmza: ............................................................</w:t>
      </w:r>
    </w:p>
    <w:p>
      <w:pPr>
        <w:pStyle w:val="Heading2"/>
      </w:pPr>
      <w:r>
        <w:br/>
        <w:t>ÜYELİK TALEBİM:</w:t>
      </w:r>
    </w:p>
    <w:p>
      <w:r>
        <w:t>Yukarıdaki bilgilerin doğru olduğunu beyan eder, derneğin tüzüğünü okuduğumu ve kabul ettiğimi, derneğe üye olmak istediğimi bildiririm.</w:t>
      </w:r>
    </w:p>
    <w:p>
      <w:r>
        <w:t>Başvuru Sahibinin:</w:t>
        <w:br/>
        <w:t>Adı Soyadı: ..................................................</w:t>
        <w:br/>
        <w:t>İmza: .........................................................</w:t>
      </w:r>
    </w:p>
    <w:p>
      <w:pPr>
        <w:pStyle w:val="Heading2"/>
      </w:pPr>
      <w:r>
        <w:br/>
        <w:t>DERNEK YÖNETİM KURULU KARARI (İç Kullanım)</w:t>
      </w:r>
    </w:p>
    <w:p>
      <w:r>
        <w:t>Karar Tarihi: ....../....../........</w:t>
      </w:r>
    </w:p>
    <w:p>
      <w:r>
        <w:t>Karar No: ....................................................</w:t>
      </w:r>
    </w:p>
    <w:p>
      <w:r>
        <w:t>Sonuç: ☐ Kabul    ☐ Ret</w:t>
      </w:r>
    </w:p>
    <w:p>
      <w:r>
        <w:t>Açıklama:</w:t>
        <w:br/>
        <w:t>............................................................................................................</w:t>
        <w:br/>
        <w:t>............................................................................................................</w:t>
      </w:r>
    </w:p>
    <w:p>
      <w:r>
        <w:t>İmza:</w:t>
        <w:br/>
        <w:t>Yönetim Kurulu Başkanı: .........................................................</w:t>
      </w:r>
    </w:p>
    <w:p>
      <w:r>
        <w:t>Yönetim Kurulu Üyeleri:</w:t>
        <w:br/>
        <w:t>1. ..................................................</w:t>
        <w:br/>
        <w:t>2. ..................................................</w:t>
        <w:br/>
        <w:t>3. ..................................................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